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82CE" w14:textId="77777777" w:rsidR="002F4DE5" w:rsidRDefault="00123772">
      <w:pPr>
        <w:pStyle w:val="Heading1"/>
        <w:jc w:val="center"/>
      </w:pPr>
      <w:r>
        <w:t>Tea Room Menu</w:t>
      </w:r>
    </w:p>
    <w:p w14:paraId="398FCBA3" w14:textId="77777777" w:rsidR="002F4DE5" w:rsidRDefault="00123772">
      <w:pPr>
        <w:pStyle w:val="Heading2"/>
      </w:pPr>
      <w:r>
        <w:t>Soups</w:t>
      </w:r>
    </w:p>
    <w:p w14:paraId="5C840BE6" w14:textId="7BBA8AFC" w:rsidR="002F4DE5" w:rsidRDefault="00123772">
      <w:r>
        <w:t xml:space="preserve">Okra Soup ........................................ Cup </w:t>
      </w:r>
      <w:r>
        <w:t xml:space="preserve">$5 / Bowl </w:t>
      </w:r>
      <w:r>
        <w:t>$8</w:t>
      </w:r>
    </w:p>
    <w:p w14:paraId="50C94EAB" w14:textId="2A0473C8" w:rsidR="002F4DE5" w:rsidRDefault="00123772">
      <w:proofErr w:type="gramStart"/>
      <w:r>
        <w:t>She</w:t>
      </w:r>
      <w:proofErr w:type="gramEnd"/>
      <w:r>
        <w:t xml:space="preserve"> Crab Soup .................................... Cup </w:t>
      </w:r>
      <w:r>
        <w:t xml:space="preserve">$8 / Bowl </w:t>
      </w:r>
      <w:r>
        <w:t>$12</w:t>
      </w:r>
    </w:p>
    <w:p w14:paraId="55DBE756" w14:textId="77777777" w:rsidR="002F4DE5" w:rsidRDefault="00123772">
      <w:pPr>
        <w:pStyle w:val="Heading2"/>
      </w:pPr>
      <w:r>
        <w:t>Salads</w:t>
      </w:r>
    </w:p>
    <w:p w14:paraId="7046B9B0" w14:textId="77777777" w:rsidR="002F4DE5" w:rsidRDefault="00123772">
      <w:r>
        <w:t>Mixed Green Salad ................................ $12</w:t>
      </w:r>
    </w:p>
    <w:p w14:paraId="644E80E8" w14:textId="77777777" w:rsidR="002F4DE5" w:rsidRDefault="00123772">
      <w:r>
        <w:t xml:space="preserve">  (with poppy seed dressing, feta cheese, dried cranberries and walnuts)</w:t>
      </w:r>
    </w:p>
    <w:p w14:paraId="32B43ABE" w14:textId="77777777" w:rsidR="002F4DE5" w:rsidRDefault="00123772">
      <w:r>
        <w:t>Chicken Salad .................................... $16</w:t>
      </w:r>
    </w:p>
    <w:p w14:paraId="473E6B88" w14:textId="77777777" w:rsidR="002F4DE5" w:rsidRDefault="00123772">
      <w:r>
        <w:t>Shrimp Salad ..................................... $17</w:t>
      </w:r>
    </w:p>
    <w:p w14:paraId="40B01873" w14:textId="77777777" w:rsidR="002F4DE5" w:rsidRDefault="00123772">
      <w:r>
        <w:t>Trio Salad Sampler (Chicken, Shrimp and side salad) ........ $16</w:t>
      </w:r>
    </w:p>
    <w:p w14:paraId="3EA6B7AA" w14:textId="77777777" w:rsidR="002F4DE5" w:rsidRDefault="00123772">
      <w:pPr>
        <w:pStyle w:val="Heading2"/>
      </w:pPr>
      <w:r>
        <w:t>Sandwiches (served with chips and fruit)</w:t>
      </w:r>
    </w:p>
    <w:p w14:paraId="1CE0BDF7" w14:textId="2041C569" w:rsidR="002F4DE5" w:rsidRDefault="00123772">
      <w:r>
        <w:t>Chicken Salad (wheat or sour</w:t>
      </w:r>
      <w:r>
        <w:t>dough bread) ........ $16</w:t>
      </w:r>
    </w:p>
    <w:p w14:paraId="74E471F6" w14:textId="77777777" w:rsidR="002F4DE5" w:rsidRDefault="00123772">
      <w:r>
        <w:t>St. Paul’s Club (turkey, bacon, ham, cheese on wheat bread) ... $16</w:t>
      </w:r>
    </w:p>
    <w:p w14:paraId="7AF4E446" w14:textId="77777777" w:rsidR="002F4DE5" w:rsidRDefault="00123772">
      <w:r>
        <w:t>Peanut Butter &amp; Jelly ............................ $4</w:t>
      </w:r>
    </w:p>
    <w:p w14:paraId="1FE63FA7" w14:textId="10446860" w:rsidR="002F4DE5" w:rsidRDefault="00123772">
      <w:pPr>
        <w:pStyle w:val="Heading2"/>
      </w:pPr>
      <w:r>
        <w:t xml:space="preserve">Pick 2 (your choice of two </w:t>
      </w:r>
      <w:proofErr w:type="gramStart"/>
      <w:r>
        <w:t>items)…</w:t>
      </w:r>
      <w:proofErr w:type="gramEnd"/>
      <w:r>
        <w:t>$16</w:t>
      </w:r>
    </w:p>
    <w:p w14:paraId="5F24A4A3" w14:textId="77777777" w:rsidR="002F4DE5" w:rsidRDefault="00123772">
      <w:r>
        <w:t>Small Mixed Green Salad</w:t>
      </w:r>
    </w:p>
    <w:p w14:paraId="1BCCD92F" w14:textId="77777777" w:rsidR="002F4DE5" w:rsidRDefault="00123772">
      <w:r>
        <w:t>Half Sandwich</w:t>
      </w:r>
    </w:p>
    <w:p w14:paraId="1CB49CFE" w14:textId="044E76F5" w:rsidR="002F4DE5" w:rsidRDefault="00123772">
      <w:r>
        <w:t>Cup of Either Soup</w:t>
      </w:r>
    </w:p>
    <w:p w14:paraId="57F78999" w14:textId="77777777" w:rsidR="002F4DE5" w:rsidRDefault="00123772">
      <w:pPr>
        <w:pStyle w:val="Heading2"/>
      </w:pPr>
      <w:r>
        <w:t>St. Paul’s Specialty</w:t>
      </w:r>
    </w:p>
    <w:p w14:paraId="4E669DCE" w14:textId="77777777" w:rsidR="002F4DE5" w:rsidRDefault="00123772">
      <w:r>
        <w:t>Tomato Pie &amp; Small Mixed Green Salad ............. $17</w:t>
      </w:r>
    </w:p>
    <w:p w14:paraId="51C0BEE7" w14:textId="77777777" w:rsidR="002F4DE5" w:rsidRDefault="00123772">
      <w:pPr>
        <w:pStyle w:val="Heading2"/>
      </w:pPr>
      <w:r>
        <w:t>Choice of Assorted Homemade Desserts</w:t>
      </w:r>
    </w:p>
    <w:p w14:paraId="6A68804D" w14:textId="77777777" w:rsidR="002F4DE5" w:rsidRDefault="00123772">
      <w:r>
        <w:t>(Gluten free dessert options are available) ...... $8</w:t>
      </w:r>
    </w:p>
    <w:p w14:paraId="460F08C0" w14:textId="406FB69D" w:rsidR="002F4DE5" w:rsidRDefault="00123772">
      <w:pPr>
        <w:pStyle w:val="Heading2"/>
      </w:pPr>
      <w:r>
        <w:t>Beverages…$3</w:t>
      </w:r>
    </w:p>
    <w:p w14:paraId="49CF947A" w14:textId="18BD6B78" w:rsidR="002F4DE5" w:rsidRDefault="00123772">
      <w:r>
        <w:t xml:space="preserve">Iced Peach Tea </w:t>
      </w:r>
    </w:p>
    <w:p w14:paraId="3B7FE749" w14:textId="35D0AA8B" w:rsidR="002F4DE5" w:rsidRDefault="00123772">
      <w:r>
        <w:t xml:space="preserve">Hot Tea </w:t>
      </w:r>
    </w:p>
    <w:p w14:paraId="34D8A2A1" w14:textId="212B6912" w:rsidR="002F4DE5" w:rsidRDefault="00123772">
      <w:r>
        <w:t xml:space="preserve">Coffee </w:t>
      </w:r>
    </w:p>
    <w:p w14:paraId="3CC07571" w14:textId="71CC041D" w:rsidR="002F4DE5" w:rsidRDefault="00123772">
      <w:r>
        <w:t xml:space="preserve">Lemonade </w:t>
      </w:r>
    </w:p>
    <w:sectPr w:rsidR="002F4DE5" w:rsidSect="001237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1362016">
    <w:abstractNumId w:val="8"/>
  </w:num>
  <w:num w:numId="2" w16cid:durableId="673995403">
    <w:abstractNumId w:val="6"/>
  </w:num>
  <w:num w:numId="3" w16cid:durableId="498424978">
    <w:abstractNumId w:val="5"/>
  </w:num>
  <w:num w:numId="4" w16cid:durableId="989476273">
    <w:abstractNumId w:val="4"/>
  </w:num>
  <w:num w:numId="5" w16cid:durableId="1621259353">
    <w:abstractNumId w:val="7"/>
  </w:num>
  <w:num w:numId="6" w16cid:durableId="1508404328">
    <w:abstractNumId w:val="3"/>
  </w:num>
  <w:num w:numId="7" w16cid:durableId="285894439">
    <w:abstractNumId w:val="2"/>
  </w:num>
  <w:num w:numId="8" w16cid:durableId="60296368">
    <w:abstractNumId w:val="1"/>
  </w:num>
  <w:num w:numId="9" w16cid:durableId="125936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772"/>
    <w:rsid w:val="0015074B"/>
    <w:rsid w:val="0029639D"/>
    <w:rsid w:val="002F4DE5"/>
    <w:rsid w:val="00326F90"/>
    <w:rsid w:val="004500C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C27E5"/>
  <w14:defaultImageDpi w14:val="300"/>
  <w15:docId w15:val="{10E33B38-B4E5-4A9E-BB83-23F171CD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880</Characters>
  <Application>Microsoft Office Word</Application>
  <DocSecurity>0</DocSecurity>
  <Lines>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Kokalis</cp:lastModifiedBy>
  <cp:revision>2</cp:revision>
  <dcterms:created xsi:type="dcterms:W3CDTF">2026-03-25T00:48:00Z</dcterms:created>
  <dcterms:modified xsi:type="dcterms:W3CDTF">2026-03-25T00:48:00Z</dcterms:modified>
  <cp:category/>
</cp:coreProperties>
</file>